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84B69" w14:textId="77777777" w:rsidR="00D169EC" w:rsidRDefault="00D169EC" w:rsidP="00D169EC">
      <w:pPr>
        <w:pStyle w:val="NormalWeb"/>
        <w:rPr>
          <w:rStyle w:val="Textoennegrita"/>
        </w:rPr>
      </w:pPr>
      <w:r>
        <w:rPr>
          <w:rStyle w:val="Textoennegrita"/>
        </w:rPr>
        <w:t>Carta de presentación</w:t>
      </w:r>
    </w:p>
    <w:p w14:paraId="7E22E7D9" w14:textId="5F58244B" w:rsidR="00D169EC" w:rsidRDefault="00D169EC" w:rsidP="00D169EC">
      <w:pPr>
        <w:pStyle w:val="NormalWeb"/>
      </w:pPr>
      <w:r>
        <w:br/>
        <w:t xml:space="preserve">[Ciudad], </w:t>
      </w:r>
      <w:r>
        <w:t>fecha</w:t>
      </w:r>
    </w:p>
    <w:p w14:paraId="1C2563C0" w14:textId="77777777" w:rsidR="00D169EC" w:rsidRDefault="00D169EC" w:rsidP="00D169EC">
      <w:pPr>
        <w:pStyle w:val="NormalWeb"/>
      </w:pPr>
      <w:r>
        <w:t xml:space="preserve">Editor en </w:t>
      </w:r>
      <w:proofErr w:type="gramStart"/>
      <w:r>
        <w:t>Jefe</w:t>
      </w:r>
      <w:proofErr w:type="gramEnd"/>
      <w:r>
        <w:br/>
      </w:r>
      <w:r>
        <w:rPr>
          <w:rStyle w:val="Textoennegrita"/>
        </w:rPr>
        <w:t>Revista Mexicana de Audiología, Otoneurología y Foniatría</w:t>
      </w:r>
    </w:p>
    <w:p w14:paraId="61707039" w14:textId="77777777" w:rsidR="00D169EC" w:rsidRDefault="00D169EC" w:rsidP="00D169EC">
      <w:pPr>
        <w:pStyle w:val="NormalWeb"/>
      </w:pPr>
      <w:r>
        <w:t>En nombre de todos los coautores, nos complace someter a su consideración nuestro manuscrito titulado:</w:t>
      </w:r>
    </w:p>
    <w:p w14:paraId="318E32BE" w14:textId="77777777" w:rsidR="00D169EC" w:rsidRDefault="00D169EC" w:rsidP="00D169EC">
      <w:pPr>
        <w:pStyle w:val="NormalWeb"/>
      </w:pPr>
      <w:r>
        <w:rPr>
          <w:rStyle w:val="Textoennegrita"/>
        </w:rPr>
        <w:t>“[Título completo del manuscrito]”</w:t>
      </w:r>
    </w:p>
    <w:p w14:paraId="373D7C6A" w14:textId="77777777" w:rsidR="00D169EC" w:rsidRDefault="00D169EC" w:rsidP="00D169EC">
      <w:pPr>
        <w:pStyle w:val="NormalWeb"/>
      </w:pPr>
      <w:r>
        <w:t>Los autores de este trabajo son:</w:t>
      </w:r>
    </w:p>
    <w:p w14:paraId="4CDABCBC" w14:textId="77777777" w:rsidR="00D169EC" w:rsidRDefault="00D169EC" w:rsidP="00D169EC">
      <w:pPr>
        <w:pStyle w:val="NormalWeb"/>
        <w:numPr>
          <w:ilvl w:val="0"/>
          <w:numId w:val="10"/>
        </w:numPr>
      </w:pPr>
      <w:r>
        <w:t>[Nombre completo del Autor 1], ORCID: [0000-0000-0000-0000]</w:t>
      </w:r>
    </w:p>
    <w:p w14:paraId="7E87440C" w14:textId="77777777" w:rsidR="00D169EC" w:rsidRDefault="00D169EC" w:rsidP="00D169EC">
      <w:pPr>
        <w:pStyle w:val="NormalWeb"/>
        <w:numPr>
          <w:ilvl w:val="0"/>
          <w:numId w:val="10"/>
        </w:numPr>
      </w:pPr>
      <w:r>
        <w:t>[Nombre completo del Autor 2], ORCID: [0000-0000-0000-0000]</w:t>
      </w:r>
    </w:p>
    <w:p w14:paraId="264A72B4" w14:textId="77777777" w:rsidR="00D169EC" w:rsidRDefault="00D169EC" w:rsidP="00D169EC">
      <w:pPr>
        <w:pStyle w:val="NormalWeb"/>
        <w:numPr>
          <w:ilvl w:val="0"/>
          <w:numId w:val="10"/>
        </w:numPr>
      </w:pPr>
      <w:r>
        <w:t>[Nombre completo del Autor 3], ORCID: [0000-0000-0000-0000]</w:t>
      </w:r>
    </w:p>
    <w:p w14:paraId="111F1DEA" w14:textId="77777777" w:rsidR="00D169EC" w:rsidRDefault="00D169EC" w:rsidP="00D169EC">
      <w:pPr>
        <w:pStyle w:val="NormalWeb"/>
      </w:pPr>
      <w:r>
        <w:t>Por medio de la presente declaramos que:</w:t>
      </w:r>
    </w:p>
    <w:p w14:paraId="71CB4829" w14:textId="77777777" w:rsidR="00D169EC" w:rsidRDefault="00D169EC" w:rsidP="00D169EC">
      <w:pPr>
        <w:pStyle w:val="NormalWeb"/>
        <w:numPr>
          <w:ilvl w:val="0"/>
          <w:numId w:val="11"/>
        </w:numPr>
      </w:pPr>
      <w:r>
        <w:t>Este manuscrito es original e inédito y no ha sido sometido simultáneamente a ninguna otra revista.</w:t>
      </w:r>
    </w:p>
    <w:p w14:paraId="1E9C48E7" w14:textId="77777777" w:rsidR="00D169EC" w:rsidRDefault="00D169EC" w:rsidP="00D169EC">
      <w:pPr>
        <w:pStyle w:val="NormalWeb"/>
        <w:numPr>
          <w:ilvl w:val="0"/>
          <w:numId w:val="11"/>
        </w:numPr>
      </w:pPr>
      <w:r>
        <w:t>No se encuentra actualmente en revisión por pares en otro medio editorial.</w:t>
      </w:r>
    </w:p>
    <w:p w14:paraId="6CA59112" w14:textId="78E9D2BA" w:rsidR="00D169EC" w:rsidRDefault="00D169EC" w:rsidP="00D169EC">
      <w:pPr>
        <w:pStyle w:val="NormalWeb"/>
        <w:numPr>
          <w:ilvl w:val="0"/>
          <w:numId w:val="11"/>
        </w:numPr>
      </w:pPr>
      <w:r>
        <w:t xml:space="preserve">En caso de aceptación, aceptamos transferir los derechos de autor a la </w:t>
      </w:r>
      <w:r>
        <w:rPr>
          <w:rStyle w:val="Textoennegrita"/>
        </w:rPr>
        <w:t>Asociación</w:t>
      </w:r>
      <w:r>
        <w:rPr>
          <w:rStyle w:val="Textoennegrita"/>
        </w:rPr>
        <w:t xml:space="preserve"> Mexicana de Audiología, Otoneurología y Foniatría</w:t>
      </w:r>
      <w:r>
        <w:t>, de acuerdo con las políticas editoriales de la revista.</w:t>
      </w:r>
    </w:p>
    <w:p w14:paraId="26BB4080" w14:textId="77777777" w:rsidR="00D169EC" w:rsidRDefault="00D169EC" w:rsidP="00D169EC">
      <w:pPr>
        <w:pStyle w:val="NormalWeb"/>
        <w:numPr>
          <w:ilvl w:val="0"/>
          <w:numId w:val="11"/>
        </w:numPr>
      </w:pPr>
      <w:r>
        <w:t>Todos los autores han revisado y aprobado la versión final del manuscrito y consienten su envío, así como el orden de autoría establecido.</w:t>
      </w:r>
    </w:p>
    <w:p w14:paraId="78A6239F" w14:textId="77777777" w:rsidR="00D169EC" w:rsidRDefault="00D169EC" w:rsidP="00D169EC">
      <w:pPr>
        <w:pStyle w:val="NormalWeb"/>
      </w:pPr>
      <w:r>
        <w:t>Agradecemos de antemano su atención y quedamos en espera de su respuesta.</w:t>
      </w:r>
    </w:p>
    <w:p w14:paraId="18B182A6" w14:textId="77777777" w:rsidR="00D169EC" w:rsidRDefault="00D169EC" w:rsidP="00D169EC">
      <w:pPr>
        <w:pStyle w:val="NormalWeb"/>
      </w:pPr>
      <w:r>
        <w:t>Atentamente,</w:t>
      </w:r>
    </w:p>
    <w:p w14:paraId="6CEDE5C1" w14:textId="77777777" w:rsidR="00D169EC" w:rsidRDefault="00D169EC" w:rsidP="00D169EC">
      <w:pPr>
        <w:pStyle w:val="NormalWeb"/>
      </w:pPr>
      <w:r>
        <w:t>[Firma manuscrita o electrónica]</w:t>
      </w:r>
    </w:p>
    <w:p w14:paraId="7D9419F1" w14:textId="77777777" w:rsidR="00D169EC" w:rsidRDefault="00D169EC" w:rsidP="00D169EC">
      <w:pPr>
        <w:pStyle w:val="NormalWeb"/>
      </w:pPr>
      <w:r>
        <w:t>[Nombre completo del autor de correspondencia]</w:t>
      </w:r>
      <w:r>
        <w:br/>
        <w:t>En nombre de todos los autores</w:t>
      </w:r>
      <w:r>
        <w:br/>
        <w:t>Correo electrónico: [email]</w:t>
      </w:r>
      <w:r>
        <w:br/>
        <w:t>Teléfono: [número]</w:t>
      </w:r>
    </w:p>
    <w:p w14:paraId="0EFE3479" w14:textId="76AA4B97" w:rsidR="00975F2D" w:rsidRPr="00D169EC" w:rsidRDefault="00975F2D" w:rsidP="00D169EC"/>
    <w:sectPr w:rsidR="00975F2D" w:rsidRPr="00D169E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4F02B55"/>
    <w:multiLevelType w:val="multilevel"/>
    <w:tmpl w:val="1400C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111C3F"/>
    <w:multiLevelType w:val="multilevel"/>
    <w:tmpl w:val="B3B47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4745868">
    <w:abstractNumId w:val="8"/>
  </w:num>
  <w:num w:numId="2" w16cid:durableId="1348292864">
    <w:abstractNumId w:val="6"/>
  </w:num>
  <w:num w:numId="3" w16cid:durableId="106631013">
    <w:abstractNumId w:val="5"/>
  </w:num>
  <w:num w:numId="4" w16cid:durableId="1233352412">
    <w:abstractNumId w:val="4"/>
  </w:num>
  <w:num w:numId="5" w16cid:durableId="2064981986">
    <w:abstractNumId w:val="7"/>
  </w:num>
  <w:num w:numId="6" w16cid:durableId="1467703895">
    <w:abstractNumId w:val="3"/>
  </w:num>
  <w:num w:numId="7" w16cid:durableId="883441471">
    <w:abstractNumId w:val="2"/>
  </w:num>
  <w:num w:numId="8" w16cid:durableId="1460297088">
    <w:abstractNumId w:val="1"/>
  </w:num>
  <w:num w:numId="9" w16cid:durableId="2036617533">
    <w:abstractNumId w:val="0"/>
  </w:num>
  <w:num w:numId="10" w16cid:durableId="1028682757">
    <w:abstractNumId w:val="10"/>
  </w:num>
  <w:num w:numId="11" w16cid:durableId="125285645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77B13"/>
    <w:rsid w:val="009331A4"/>
    <w:rsid w:val="00975F2D"/>
    <w:rsid w:val="00AA1D8D"/>
    <w:rsid w:val="00B47730"/>
    <w:rsid w:val="00CB0664"/>
    <w:rsid w:val="00CC1ABF"/>
    <w:rsid w:val="00D169E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9685DD"/>
  <w14:defaultImageDpi w14:val="300"/>
  <w15:docId w15:val="{ECF130CF-9C49-3349-A089-1A41A0E6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16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 Ahn</cp:lastModifiedBy>
  <cp:revision>2</cp:revision>
  <dcterms:created xsi:type="dcterms:W3CDTF">2025-12-09T09:36:00Z</dcterms:created>
  <dcterms:modified xsi:type="dcterms:W3CDTF">2025-12-09T09:36:00Z</dcterms:modified>
  <cp:category/>
</cp:coreProperties>
</file>