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21A00" w14:textId="77777777" w:rsidR="003B4833" w:rsidRDefault="00000000">
      <w:pPr>
        <w:pStyle w:val="Ttulo1"/>
      </w:pPr>
      <w:r>
        <w:t>Front Page (English)</w:t>
      </w:r>
    </w:p>
    <w:p w14:paraId="5DDC39DB" w14:textId="77777777" w:rsidR="003B4833" w:rsidRDefault="00000000">
      <w:r>
        <w:t>Article type: [Original / Review / Case Report / Other]</w:t>
      </w:r>
      <w:r>
        <w:br/>
      </w:r>
    </w:p>
    <w:p w14:paraId="64A467D0" w14:textId="77777777" w:rsidR="003B4833" w:rsidRDefault="00000000">
      <w:r>
        <w:t>Title in Spanish:</w:t>
      </w:r>
      <w:r>
        <w:br/>
        <w:t>[Enter the full title in Spanish]</w:t>
      </w:r>
    </w:p>
    <w:p w14:paraId="122F8DED" w14:textId="77777777" w:rsidR="003B4833" w:rsidRDefault="00000000">
      <w:r>
        <w:t>Title in English:</w:t>
      </w:r>
      <w:r>
        <w:br/>
        <w:t>[Enter the full title in English]</w:t>
      </w:r>
    </w:p>
    <w:p w14:paraId="45647E23" w14:textId="77777777" w:rsidR="003B4833" w:rsidRDefault="00000000">
      <w:r>
        <w:t>Short title (max. 40 characters):</w:t>
      </w:r>
      <w:r>
        <w:br/>
        <w:t>[Enter here]</w:t>
      </w:r>
    </w:p>
    <w:p w14:paraId="3B47D1AB" w14:textId="77777777" w:rsidR="003B4833" w:rsidRDefault="00000000">
      <w:pPr>
        <w:pStyle w:val="Ttulo2"/>
      </w:pPr>
      <w:r>
        <w:t>Authors and Affiliations</w:t>
      </w:r>
    </w:p>
    <w:p w14:paraId="4D435580" w14:textId="77777777" w:rsidR="003B4833" w:rsidRDefault="00000000">
      <w:r>
        <w:t xml:space="preserve">Authors (First name, middle initial if applicable, last names separated by '-'): </w:t>
      </w:r>
      <w:r>
        <w:br/>
        <w:t>Example: Juan P. Pérez-García¹, Ana L. Rodríguez-Santos², Luis M. Torres³</w:t>
      </w:r>
      <w:r>
        <w:br/>
      </w:r>
    </w:p>
    <w:p w14:paraId="2B33FB2C" w14:textId="77777777" w:rsidR="003B4833" w:rsidRDefault="00000000">
      <w:r>
        <w:t>Affiliations (identified with superscript number):</w:t>
      </w:r>
      <w:r>
        <w:br/>
        <w:t>¹ Department/Service/Unit or Faculty, Institution, City, Country</w:t>
      </w:r>
      <w:r>
        <w:br/>
        <w:t>² Department/Service/Unit or Faculty, Institution, City, Country</w:t>
      </w:r>
      <w:r>
        <w:br/>
        <w:t>³ Department/Service/Unit or Faculty, Institution, City, Country</w:t>
      </w:r>
    </w:p>
    <w:p w14:paraId="0437A180" w14:textId="77777777" w:rsidR="003B4833" w:rsidRDefault="00000000">
      <w:r>
        <w:br/>
        <w:t>ORCID IDs:</w:t>
      </w:r>
      <w:r>
        <w:br/>
        <w:t>- Juan P. Pérez-García: [0000-0000-0000-0000]</w:t>
      </w:r>
      <w:r>
        <w:br/>
        <w:t>- Ana L. Rodríguez-Santos: [0000-0000-0000-0000]</w:t>
      </w:r>
      <w:r>
        <w:br/>
        <w:t>- Luis M. Torres: [0000-0000-0000-0000]</w:t>
      </w:r>
    </w:p>
    <w:p w14:paraId="653B6F29" w14:textId="596A623C" w:rsidR="003B4833" w:rsidRDefault="00000000">
      <w:r w:rsidRPr="00EF5A3B">
        <w:rPr>
          <w:b/>
          <w:bCs/>
        </w:rPr>
        <w:br/>
      </w:r>
      <w:r w:rsidR="00EF5A3B" w:rsidRPr="00EF5A3B">
        <w:rPr>
          <w:b/>
          <w:bCs/>
        </w:rPr>
        <w:t>*</w:t>
      </w:r>
      <w:r w:rsidRPr="00EF5A3B">
        <w:rPr>
          <w:b/>
          <w:bCs/>
        </w:rPr>
        <w:t>Corresponding Author:</w:t>
      </w:r>
      <w:r>
        <w:br/>
        <w:t>Full name: [Name]</w:t>
      </w:r>
      <w:r>
        <w:br/>
        <w:t>Email: [email]</w:t>
      </w:r>
      <w:r>
        <w:br/>
      </w:r>
    </w:p>
    <w:p w14:paraId="3424528F" w14:textId="77777777" w:rsidR="003B4833" w:rsidRDefault="00000000">
      <w:r>
        <w:br/>
        <w:t>Funding:</w:t>
      </w:r>
      <w:r>
        <w:br/>
        <w:t>[Indicate funding sources or state 'Not applicable']</w:t>
      </w:r>
    </w:p>
    <w:p w14:paraId="7080098B" w14:textId="77777777" w:rsidR="003B4833" w:rsidRDefault="00000000">
      <w:r>
        <w:br/>
        <w:t>Conflicts of Interest:</w:t>
      </w:r>
      <w:r>
        <w:br/>
        <w:t>[Declare any conflicts of interest or state 'The authors declare no conflicts of interest']</w:t>
      </w:r>
    </w:p>
    <w:sectPr w:rsidR="003B483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70877027">
    <w:abstractNumId w:val="8"/>
  </w:num>
  <w:num w:numId="2" w16cid:durableId="1880780548">
    <w:abstractNumId w:val="6"/>
  </w:num>
  <w:num w:numId="3" w16cid:durableId="1115716372">
    <w:abstractNumId w:val="5"/>
  </w:num>
  <w:num w:numId="4" w16cid:durableId="34550701">
    <w:abstractNumId w:val="4"/>
  </w:num>
  <w:num w:numId="5" w16cid:durableId="1454060881">
    <w:abstractNumId w:val="7"/>
  </w:num>
  <w:num w:numId="6" w16cid:durableId="85809385">
    <w:abstractNumId w:val="3"/>
  </w:num>
  <w:num w:numId="7" w16cid:durableId="2082750427">
    <w:abstractNumId w:val="2"/>
  </w:num>
  <w:num w:numId="8" w16cid:durableId="1879203062">
    <w:abstractNumId w:val="1"/>
  </w:num>
  <w:num w:numId="9" w16cid:durableId="1818183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B4833"/>
    <w:rsid w:val="00AA1D8D"/>
    <w:rsid w:val="00B47730"/>
    <w:rsid w:val="00CB0664"/>
    <w:rsid w:val="00CC1ABF"/>
    <w:rsid w:val="00EF5A3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5316FE5"/>
  <w14:defaultImageDpi w14:val="300"/>
  <w15:docId w15:val="{ECF130CF-9C49-3349-A089-1A41A0E62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 Ahn</cp:lastModifiedBy>
  <cp:revision>2</cp:revision>
  <dcterms:created xsi:type="dcterms:W3CDTF">2013-12-23T23:15:00Z</dcterms:created>
  <dcterms:modified xsi:type="dcterms:W3CDTF">2025-08-01T08:55:00Z</dcterms:modified>
  <cp:category/>
</cp:coreProperties>
</file>